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6"/>
        </w:rPr>
        <w:t>ΓΕΩΓΡΑΦΙΑ Β΄ ΓΥΜΝΑΣΙΟΥ</w:t>
      </w:r>
    </w:p>
    <w:p>
      <w:pPr>
        <w:spacing w:after="60"/>
        <w:jc w:val="center"/>
      </w:pPr>
      <w:r>
        <w:rPr>
          <w:b/>
          <w:color w:val="2F6F73"/>
          <w:sz w:val="23"/>
        </w:rPr>
        <w:t>ΕΝΟΤΗΤΑ Γ • Η Ευρώπη στον Κόσμο</w:t>
      </w:r>
    </w:p>
    <w:p>
      <w:pPr>
        <w:spacing w:after="80"/>
        <w:jc w:val="left"/>
      </w:pPr>
      <w:r>
        <w:rPr>
          <w:color w:val="505F64"/>
          <w:sz w:val="19"/>
        </w:rPr>
        <w:t>🎯 Στόχος: κάθε ομάδα μελετά τις αποστολές της, συμφωνεί στις απαντήσεις και στο τέλος διδάσκει τα βασικά σημεία στους υπόλοιπους μαθητές.</w:t>
      </w:r>
    </w:p>
    <w:p>
      <w:pPr>
        <w:spacing w:before="80" w:after="40"/>
      </w:pPr>
      <w:r>
        <w:rPr>
          <w:b/>
          <w:color w:val="1C5F63"/>
          <w:sz w:val="26"/>
        </w:rPr>
        <w:t>ΟΜΑΔΑ Α - Εμπόριο και οικονομία</w:t>
      </w:r>
    </w:p>
    <w:p>
      <w:pPr>
        <w:spacing w:before="60" w:after="20"/>
      </w:pPr>
      <w:r>
        <w:rPr>
          <w:b/>
          <w:sz w:val="24"/>
        </w:rPr>
        <w:t>Ερώτηση 1 - Εισαγωγές και εξαγωγές</w:t>
      </w:r>
    </w:p>
    <w:p>
      <w:pPr>
        <w:spacing w:after="26" w:line="240" w:lineRule="auto"/>
        <w:ind w:left="85"/>
      </w:pPr>
      <w:r>
        <w:rPr>
          <w:sz w:val="22"/>
        </w:rPr>
        <w:t>α. Τι σημαίνει εισαγωγή προϊόντος;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Τι σημαίνει εξαγωγή προϊόντος;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Γράψτε ένα προϊόν που μπορεί να εισάγει μια ευρωπαϊκή χώρα.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Γράψτε ένα προϊόν που μπορεί να εξάγει μια ευρωπαϊκή χώρα.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ΑΕΠ και βιοτικό επίπεδο</w:t>
      </w:r>
    </w:p>
    <w:p>
      <w:pPr>
        <w:spacing w:after="26" w:line="240" w:lineRule="auto"/>
        <w:ind w:left="85"/>
      </w:pPr>
      <w:r>
        <w:rPr>
          <w:sz w:val="22"/>
        </w:rPr>
        <w:t>α. Τι δείχνει το ΑΕΠ;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Βρείτε μία χώρα με υψηλό ΑΕΠ στον χάρτη.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Βρείτε μία χώρα με χαμηλότερο ΑΕΠ στον χάρτη.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Πώς μπορεί το ΑΕΠ να συνδέεται με το βιοτικό επίπεδο;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Β - Δίκτυα και Ευρωπαϊκή Ένωση</w:t>
      </w:r>
    </w:p>
    <w:p>
      <w:pPr>
        <w:spacing w:before="60" w:after="20"/>
      </w:pPr>
      <w:r>
        <w:rPr>
          <w:b/>
          <w:sz w:val="24"/>
        </w:rPr>
        <w:t>Ερώτηση 1 - Μεταφορές</w:t>
      </w:r>
    </w:p>
    <w:p>
      <w:pPr>
        <w:spacing w:after="26" w:line="240" w:lineRule="auto"/>
        <w:ind w:left="85"/>
      </w:pPr>
      <w:r>
        <w:rPr>
          <w:sz w:val="22"/>
        </w:rPr>
        <w:t>α. Γιατί τα δίκτυα μεταφορών βοηθούν το εμπόριο;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Ποιο μέσο είναι κατάλληλο για μεγάλη ποσότητα εμπορευμάτων;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Ποιο μέσο συνδέει γρήγορα μακρινές πόλεις;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Ποια σχέση βλέπετε ανάμεσα σε δίκτυα και οικονομία;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40"/>
      </w:pPr>
      <w:r>
        <w:rPr>
          <w:b/>
          <w:color w:val="1C5F63"/>
          <w:sz w:val="23"/>
        </w:rPr>
        <w:t>Συνέχεια ΟΜΑΔΑΣ Β</w:t>
      </w:r>
    </w:p>
    <w:p>
      <w:r>
        <w:rPr>
          <w:b/>
          <w:sz w:val="24"/>
        </w:rPr>
        <w:t>Ερώτηση 2 - Ε.Ε. και Ευρωζώνη</w:t>
      </w:r>
    </w:p>
    <w:p>
      <w:pPr>
        <w:spacing w:after="22"/>
      </w:pPr>
      <w:r>
        <w:rPr>
          <w:sz w:val="22"/>
        </w:rPr>
        <w:t>α. Τι είναι η Ευρωπαϊκή Ένωση;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β. Τι είναι η Ευρωζώνη;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γ. Όλα τα κράτη της Ε.Ε. χρησιμοποιούν το ευρώ;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δ. Ποιο πλεονέκτημα μπορεί να έχει το κοινό νόμισμα στο εμπόριο;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Γ - Ο κόσμος σε άλλες διαιρέσεις</w:t>
      </w:r>
    </w:p>
    <w:p>
      <w:pPr>
        <w:spacing w:before="60" w:after="20"/>
      </w:pPr>
      <w:r>
        <w:rPr>
          <w:b/>
          <w:sz w:val="24"/>
        </w:rPr>
        <w:t>Ερώτηση 1 - Γεωπολιτικές έννοιες</w:t>
      </w:r>
    </w:p>
    <w:p>
      <w:pPr>
        <w:spacing w:after="26" w:line="240" w:lineRule="auto"/>
        <w:ind w:left="85"/>
      </w:pPr>
      <w:r>
        <w:rPr>
          <w:sz w:val="22"/>
        </w:rPr>
        <w:t>α. Τι είναι γεωπολιτική διαίρεση;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Σε ποια ήπειρο βρίσκεται η Λατινική Αμερική;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Ποιες είναι οι τρεις Βαλτικές χώρες;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Γιατί τα όρια μιας γεωπολιτικής περιοχής δεν είναι πάντα φυσικά σύνορα;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Διδάσκω με χάρτη</w:t>
      </w:r>
    </w:p>
    <w:p>
      <w:pPr>
        <w:spacing w:after="26" w:line="240" w:lineRule="auto"/>
        <w:ind w:left="85"/>
      </w:pPr>
      <w:r>
        <w:rPr>
          <w:sz w:val="22"/>
        </w:rPr>
        <w:t>α. Επιλέξτε μία γεωπολιτική περιοχή.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Δείξτε τη θέση της στον παγκόσμιο χάρτη.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Αναφέρετε δύο χώρες που ανήκουν σε αυτή.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Εξηγήστε ποιο κριτήριο χρησιμοποιήθηκε για την ονομασία της.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0"/>
      </w:pPr>
      <w:r>
        <w:rPr>
          <w:b/>
          <w:color w:val="4D5B60"/>
          <w:sz w:val="19"/>
        </w:rPr>
        <w:t>🗣️ Παρουσιάζουμε στην τάξη: 2-3 λεπτά • Δείχνουμε έναν χάρτη/εικόνα • Λέμε 3 βασικά σημεία • Κάνουμε μία ερώτηση στους άλλους.</w:t>
      </w:r>
    </w:p>
    <w:sectPr w:rsidR="00FC693F" w:rsidRPr="0006063C" w:rsidSect="00034616">
      <w:footerReference w:type="default" r:id="rId9"/>
      <w:pgSz w:w="12240" w:h="15840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4"/>
        <w:sz w:val="16"/>
      </w:rPr>
      <w:t>C2 • Φύλλο εργασίας ομαδοσυνεργατικής διδασκαλίας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