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b/>
          <w:sz w:val="26"/>
        </w:rPr>
        <w:t>ΓΕΩΓΡΑΦΙΑ Β΄ ΓΥΜΝΑΣΙΟΥ</w:t>
      </w:r>
    </w:p>
    <w:p>
      <w:pPr>
        <w:spacing w:after="60"/>
        <w:jc w:val="center"/>
      </w:pPr>
      <w:r>
        <w:rPr>
          <w:b/>
          <w:color w:val="2F6F73"/>
          <w:sz w:val="23"/>
        </w:rPr>
        <w:t>ΕΝΟΤΗΤΑ Γ • Τομείς παραγωγής - Τουρισμός</w:t>
      </w:r>
    </w:p>
    <w:p>
      <w:pPr>
        <w:spacing w:after="80"/>
        <w:jc w:val="left"/>
      </w:pPr>
      <w:r>
        <w:rPr>
          <w:color w:val="505F64"/>
          <w:sz w:val="19"/>
        </w:rPr>
        <w:t>🎯 Στόχος: κάθε ομάδα μελετά τις αποστολές της, συμφωνεί στις απαντήσεις και στο τέλος διδάσκει τα βασικά σημεία στους υπόλοιπους μαθητές.</w:t>
      </w:r>
    </w:p>
    <w:p>
      <w:pPr>
        <w:spacing w:before="80" w:after="40"/>
      </w:pPr>
      <w:r>
        <w:rPr>
          <w:b/>
          <w:color w:val="1C5F63"/>
          <w:sz w:val="26"/>
        </w:rPr>
        <w:t>ΟΜΑΔΑ Α - Τρεις τομείς παραγωγής</w:t>
      </w:r>
    </w:p>
    <w:p>
      <w:pPr>
        <w:spacing w:before="60" w:after="20"/>
      </w:pPr>
      <w:r>
        <w:rPr>
          <w:b/>
          <w:sz w:val="24"/>
        </w:rPr>
        <w:t>Ερώτηση 1 - Αναγνωρίζω τον τομέα</w:t>
      </w:r>
    </w:p>
    <w:p>
      <w:pPr>
        <w:spacing w:after="26" w:line="240" w:lineRule="auto"/>
        <w:ind w:left="85"/>
      </w:pPr>
      <w:r>
        <w:rPr>
          <w:sz w:val="22"/>
        </w:rPr>
        <w:t>α. Γεωργός → ποιος τομέας;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β. Εργοστάσιο γιαουρτιού → ποιος τομέας;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γ. Γιατρός → ποιος τομέας;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δ. Τράπεζα → ποιος τομέας;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before="60" w:after="20"/>
      </w:pPr>
      <w:r>
        <w:rPr>
          <w:b/>
          <w:sz w:val="24"/>
        </w:rPr>
        <w:t>Ερώτηση 2 - Από τη φύση στον καταναλωτή</w:t>
      </w:r>
    </w:p>
    <w:p>
      <w:pPr>
        <w:spacing w:after="26" w:line="240" w:lineRule="auto"/>
        <w:ind w:left="85"/>
      </w:pPr>
      <w:r>
        <w:rPr>
          <w:sz w:val="22"/>
        </w:rPr>
        <w:t>α. Ποιος τομέας παράγει φρούτα;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β. Ποιος τα μεταποιεί σε μαρμελάδα;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γ. Ποιος τα μεταφέρει και τα πουλά;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δ. Γιατί οι τρεις τομείς εξαρτώνται μεταξύ τους;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before="80" w:after="40"/>
      </w:pPr>
      <w:r>
        <w:rPr>
          <w:b/>
          <w:color w:val="1C5F63"/>
          <w:sz w:val="26"/>
        </w:rPr>
        <w:t>ΟΜΑΔΑ Β - Αγροτική και βιομηχανική παραγωγή</w:t>
      </w:r>
    </w:p>
    <w:p>
      <w:pPr>
        <w:spacing w:before="60" w:after="20"/>
      </w:pPr>
      <w:r>
        <w:rPr>
          <w:b/>
          <w:sz w:val="24"/>
        </w:rPr>
        <w:t>Ερώτηση 1 - Αγροτική παραγωγή</w:t>
      </w:r>
    </w:p>
    <w:p>
      <w:pPr>
        <w:spacing w:after="26" w:line="240" w:lineRule="auto"/>
        <w:ind w:left="85"/>
      </w:pPr>
      <w:r>
        <w:rPr>
          <w:sz w:val="22"/>
        </w:rPr>
        <w:t>α. Ποιες τέσσερις δραστηριότητες ανήκουν στην αγροτική παραγωγή;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β. Πώς επηρεάζει το κλίμα τη γεωργία;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γ. Ποιο προϊόν είναι χαρακτηριστικό μεσογειακού κλίματος;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δ. Σε ποιες περιοχές μπορεί να είναι σημαντική η δασοκομία;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r>
        <w:br w:type="page"/>
      </w:r>
    </w:p>
    <w:p>
      <w:pPr>
        <w:spacing w:after="40"/>
      </w:pPr>
      <w:r>
        <w:rPr>
          <w:b/>
          <w:color w:val="1C5F63"/>
          <w:sz w:val="23"/>
        </w:rPr>
        <w:t>Συνέχεια ΟΜΑΔΑΣ Β</w:t>
      </w:r>
    </w:p>
    <w:p>
      <w:r>
        <w:rPr>
          <w:b/>
          <w:sz w:val="24"/>
        </w:rPr>
        <w:t>Ερώτηση 2 - Βιομηχανία</w:t>
      </w:r>
    </w:p>
    <w:p>
      <w:pPr>
        <w:spacing w:after="22"/>
      </w:pPr>
      <w:r>
        <w:rPr>
          <w:sz w:val="22"/>
        </w:rPr>
        <w:t>α. Πού ξεκίνησε η Βιομηχανική Επανάσταση;</w:t>
      </w:r>
    </w:p>
    <w:p>
      <w:pPr>
        <w:spacing w:after="22"/>
      </w:pPr>
      <w:r>
        <w:rPr>
          <w:color w:val="7D8B8F"/>
          <w:sz w:val="18"/>
        </w:rPr>
        <w:t>............................................................................................................................</w:t>
      </w:r>
    </w:p>
    <w:p>
      <w:pPr>
        <w:spacing w:after="22"/>
      </w:pPr>
      <w:r>
        <w:rPr>
          <w:sz w:val="22"/>
        </w:rPr>
        <w:t>β. Γράψτε δύο παράγοντες ανάπτυξης βιομηχανίας.</w:t>
      </w:r>
    </w:p>
    <w:p>
      <w:pPr>
        <w:spacing w:after="22"/>
      </w:pPr>
      <w:r>
        <w:rPr>
          <w:color w:val="7D8B8F"/>
          <w:sz w:val="18"/>
        </w:rPr>
        <w:t>............................................................................................................................</w:t>
      </w:r>
    </w:p>
    <w:p>
      <w:pPr>
        <w:spacing w:after="22"/>
      </w:pPr>
      <w:r>
        <w:rPr>
          <w:sz w:val="22"/>
        </w:rPr>
        <w:t>γ. Ποιο όφελος προσφέρει μια βιομηχανία σε μια πόλη;</w:t>
      </w:r>
    </w:p>
    <w:p>
      <w:pPr>
        <w:spacing w:after="22"/>
      </w:pPr>
      <w:r>
        <w:rPr>
          <w:color w:val="7D8B8F"/>
          <w:sz w:val="18"/>
        </w:rPr>
        <w:t>............................................................................................................................</w:t>
      </w:r>
    </w:p>
    <w:p>
      <w:pPr>
        <w:spacing w:after="22"/>
      </w:pPr>
      <w:r>
        <w:rPr>
          <w:sz w:val="22"/>
        </w:rPr>
        <w:t>δ. Ποιο περιβαλλοντικό πρόβλημα μπορεί να προκαλέσει;</w:t>
      </w:r>
    </w:p>
    <w:p>
      <w:pPr>
        <w:spacing w:after="22"/>
      </w:pPr>
      <w:r>
        <w:rPr>
          <w:color w:val="7D8B8F"/>
          <w:sz w:val="18"/>
        </w:rPr>
        <w:t>............................................................................................................................</w:t>
      </w:r>
    </w:p>
    <w:p>
      <w:pPr>
        <w:spacing w:before="80" w:after="40"/>
      </w:pPr>
      <w:r>
        <w:rPr>
          <w:b/>
          <w:color w:val="1C5F63"/>
          <w:sz w:val="26"/>
        </w:rPr>
        <w:t>ΟΜΑΔΑ Γ - Υπηρεσίες και τουρισμός</w:t>
      </w:r>
    </w:p>
    <w:p>
      <w:pPr>
        <w:spacing w:before="60" w:after="20"/>
      </w:pPr>
      <w:r>
        <w:rPr>
          <w:b/>
          <w:sz w:val="24"/>
        </w:rPr>
        <w:t>Ερώτηση 1 - Τριτογενής τομέας</w:t>
      </w:r>
    </w:p>
    <w:p>
      <w:pPr>
        <w:spacing w:after="26" w:line="240" w:lineRule="auto"/>
        <w:ind w:left="85"/>
      </w:pPr>
      <w:r>
        <w:rPr>
          <w:sz w:val="22"/>
        </w:rPr>
        <w:t>α. Γράψτε τέσσερις υπηρεσίες.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β. Τι είναι τουρισμός;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γ. Τι είναι εναλλακτικός τουρισμός;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δ. Τι είναι γεωτουρισμός;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before="60" w:after="20"/>
      </w:pPr>
      <w:r>
        <w:rPr>
          <w:b/>
          <w:sz w:val="24"/>
        </w:rPr>
        <w:t>Ερώτηση 2 - Βιώσιμος τουρισμός</w:t>
      </w:r>
    </w:p>
    <w:p>
      <w:pPr>
        <w:spacing w:after="26" w:line="240" w:lineRule="auto"/>
        <w:ind w:left="85"/>
      </w:pPr>
      <w:r>
        <w:rPr>
          <w:sz w:val="22"/>
        </w:rPr>
        <w:t>α. Δώστε ένα παράδειγμα γεωτόπου.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β. Πώς ωφελεί ο γεωτουρισμός μια τοπική κοινωνία;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γ. Ποιο πρόβλημα μπορεί να προκαλέσει ο υπερτουρισμός;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δ. Προτείνετε έναν κανόνα για πιο βιώσιμο τουρισμό.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before="60" w:after="0"/>
      </w:pPr>
      <w:r>
        <w:rPr>
          <w:b/>
          <w:color w:val="4D5B60"/>
          <w:sz w:val="19"/>
        </w:rPr>
        <w:t>🗣️ Παρουσιάζουμε στην τάξη: 2-3 λεπτά • Δείχνουμε έναν χάρτη/εικόνα • Λέμε 3 βασικά σημεία • Κάνουμε μία ερώτηση στους άλλους.</w:t>
      </w:r>
    </w:p>
    <w:sectPr w:rsidR="00FC693F" w:rsidRPr="0006063C" w:rsidSect="00034616">
      <w:footerReference w:type="default" r:id="rId9"/>
      <w:pgSz w:w="12240" w:h="15840"/>
      <w:pgMar w:top="765" w:right="822" w:bottom="709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88284"/>
        <w:sz w:val="16"/>
      </w:rPr>
      <w:t>C7 • Φύλλο εργασίας ομαδοσυνεργατικής διδασκαλίας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